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69DE1A" w14:textId="77777777" w:rsidR="008D6A74" w:rsidRDefault="00000000">
      <w:pPr>
        <w:jc w:val="center"/>
      </w:pPr>
      <w:r>
        <w:rPr>
          <w:b/>
          <w:sz w:val="32"/>
        </w:rPr>
        <w:t>Triple Six Baseball - The Dice Game | Score Sheet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3168"/>
        <w:gridCol w:w="3888"/>
        <w:gridCol w:w="3888"/>
        <w:gridCol w:w="3888"/>
      </w:tblGrid>
      <w:tr w:rsidR="008D6A74" w:rsidRPr="005D4466" w14:paraId="2E95B079" w14:textId="77777777">
        <w:trPr>
          <w:jc w:val="center"/>
        </w:trPr>
        <w:tc>
          <w:tcPr>
            <w:tcW w:w="3168" w:type="dxa"/>
            <w:vAlign w:val="center"/>
          </w:tcPr>
          <w:p w14:paraId="567A8B0C" w14:textId="77777777" w:rsidR="008D6A74" w:rsidRPr="005D4466" w:rsidRDefault="00000000">
            <w:pPr>
              <w:rPr>
                <w:sz w:val="20"/>
                <w:szCs w:val="20"/>
              </w:rPr>
            </w:pPr>
            <w:r w:rsidRPr="005D4466">
              <w:rPr>
                <w:sz w:val="20"/>
                <w:szCs w:val="20"/>
              </w:rPr>
              <w:t>Date: ____________________</w:t>
            </w:r>
          </w:p>
        </w:tc>
        <w:tc>
          <w:tcPr>
            <w:tcW w:w="3888" w:type="dxa"/>
            <w:vAlign w:val="center"/>
          </w:tcPr>
          <w:p w14:paraId="36353216" w14:textId="153D5878" w:rsidR="008D6A74" w:rsidRPr="005D4466" w:rsidRDefault="008D6A74">
            <w:pPr>
              <w:rPr>
                <w:sz w:val="20"/>
                <w:szCs w:val="20"/>
              </w:rPr>
            </w:pPr>
          </w:p>
        </w:tc>
        <w:tc>
          <w:tcPr>
            <w:tcW w:w="3888" w:type="dxa"/>
            <w:vAlign w:val="center"/>
          </w:tcPr>
          <w:p w14:paraId="31CF50F5" w14:textId="237941E4" w:rsidR="008D6A74" w:rsidRPr="005D4466" w:rsidRDefault="008D6A74">
            <w:pPr>
              <w:rPr>
                <w:sz w:val="20"/>
                <w:szCs w:val="20"/>
              </w:rPr>
            </w:pPr>
          </w:p>
        </w:tc>
        <w:tc>
          <w:tcPr>
            <w:tcW w:w="3888" w:type="dxa"/>
            <w:vAlign w:val="center"/>
          </w:tcPr>
          <w:p w14:paraId="79618E1C" w14:textId="2CB5C832" w:rsidR="008D6A74" w:rsidRPr="005D4466" w:rsidRDefault="008D6A74">
            <w:pPr>
              <w:rPr>
                <w:sz w:val="20"/>
                <w:szCs w:val="20"/>
              </w:rPr>
            </w:pPr>
          </w:p>
        </w:tc>
      </w:tr>
    </w:tbl>
    <w:p w14:paraId="3F9FE5CD" w14:textId="77777777" w:rsidR="008D6A74" w:rsidRPr="005D4466" w:rsidRDefault="008D6A74">
      <w:pPr>
        <w:rPr>
          <w:sz w:val="20"/>
          <w:szCs w:val="20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584"/>
        <w:gridCol w:w="648"/>
        <w:gridCol w:w="648"/>
        <w:gridCol w:w="648"/>
        <w:gridCol w:w="648"/>
        <w:gridCol w:w="648"/>
        <w:gridCol w:w="648"/>
        <w:gridCol w:w="648"/>
        <w:gridCol w:w="648"/>
        <w:gridCol w:w="648"/>
        <w:gridCol w:w="720"/>
        <w:gridCol w:w="720"/>
        <w:gridCol w:w="720"/>
      </w:tblGrid>
      <w:tr w:rsidR="008D6A74" w:rsidRPr="005D4466" w14:paraId="10EF80DD" w14:textId="77777777">
        <w:tc>
          <w:tcPr>
            <w:tcW w:w="1584" w:type="dxa"/>
          </w:tcPr>
          <w:p w14:paraId="743FCD20" w14:textId="77777777" w:rsidR="008D6A74" w:rsidRPr="005D4466" w:rsidRDefault="00000000">
            <w:pPr>
              <w:jc w:val="center"/>
              <w:rPr>
                <w:sz w:val="20"/>
                <w:szCs w:val="20"/>
              </w:rPr>
            </w:pPr>
            <w:r w:rsidRPr="005D4466">
              <w:rPr>
                <w:b/>
                <w:sz w:val="20"/>
                <w:szCs w:val="20"/>
              </w:rPr>
              <w:t>Line score</w:t>
            </w:r>
          </w:p>
        </w:tc>
        <w:tc>
          <w:tcPr>
            <w:tcW w:w="648" w:type="dxa"/>
          </w:tcPr>
          <w:p w14:paraId="4EAD34CB" w14:textId="77777777" w:rsidR="008D6A74" w:rsidRPr="005D4466" w:rsidRDefault="00000000">
            <w:pPr>
              <w:jc w:val="center"/>
              <w:rPr>
                <w:sz w:val="20"/>
                <w:szCs w:val="20"/>
              </w:rPr>
            </w:pPr>
            <w:r w:rsidRPr="005D4466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648" w:type="dxa"/>
          </w:tcPr>
          <w:p w14:paraId="65CF2670" w14:textId="77777777" w:rsidR="008D6A74" w:rsidRPr="005D4466" w:rsidRDefault="00000000">
            <w:pPr>
              <w:jc w:val="center"/>
              <w:rPr>
                <w:sz w:val="20"/>
                <w:szCs w:val="20"/>
              </w:rPr>
            </w:pPr>
            <w:r w:rsidRPr="005D4466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648" w:type="dxa"/>
          </w:tcPr>
          <w:p w14:paraId="57027698" w14:textId="77777777" w:rsidR="008D6A74" w:rsidRPr="005D4466" w:rsidRDefault="00000000">
            <w:pPr>
              <w:jc w:val="center"/>
              <w:rPr>
                <w:sz w:val="20"/>
                <w:szCs w:val="20"/>
              </w:rPr>
            </w:pPr>
            <w:r w:rsidRPr="005D4466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648" w:type="dxa"/>
          </w:tcPr>
          <w:p w14:paraId="148C923E" w14:textId="77777777" w:rsidR="008D6A74" w:rsidRPr="005D4466" w:rsidRDefault="00000000">
            <w:pPr>
              <w:jc w:val="center"/>
              <w:rPr>
                <w:sz w:val="20"/>
                <w:szCs w:val="20"/>
              </w:rPr>
            </w:pPr>
            <w:r w:rsidRPr="005D4466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648" w:type="dxa"/>
          </w:tcPr>
          <w:p w14:paraId="6FD31303" w14:textId="77777777" w:rsidR="008D6A74" w:rsidRPr="005D4466" w:rsidRDefault="00000000">
            <w:pPr>
              <w:jc w:val="center"/>
              <w:rPr>
                <w:sz w:val="20"/>
                <w:szCs w:val="20"/>
              </w:rPr>
            </w:pPr>
            <w:r w:rsidRPr="005D4466">
              <w:rPr>
                <w:b/>
                <w:sz w:val="20"/>
                <w:szCs w:val="20"/>
              </w:rPr>
              <w:t>5</w:t>
            </w:r>
          </w:p>
        </w:tc>
        <w:tc>
          <w:tcPr>
            <w:tcW w:w="648" w:type="dxa"/>
          </w:tcPr>
          <w:p w14:paraId="0F8D46AA" w14:textId="77777777" w:rsidR="008D6A74" w:rsidRPr="005D4466" w:rsidRDefault="00000000">
            <w:pPr>
              <w:jc w:val="center"/>
              <w:rPr>
                <w:sz w:val="20"/>
                <w:szCs w:val="20"/>
              </w:rPr>
            </w:pPr>
            <w:r w:rsidRPr="005D4466">
              <w:rPr>
                <w:b/>
                <w:sz w:val="20"/>
                <w:szCs w:val="20"/>
              </w:rPr>
              <w:t>6</w:t>
            </w:r>
          </w:p>
        </w:tc>
        <w:tc>
          <w:tcPr>
            <w:tcW w:w="648" w:type="dxa"/>
          </w:tcPr>
          <w:p w14:paraId="39DCA2E0" w14:textId="77777777" w:rsidR="008D6A74" w:rsidRPr="005D4466" w:rsidRDefault="00000000">
            <w:pPr>
              <w:jc w:val="center"/>
              <w:rPr>
                <w:sz w:val="20"/>
                <w:szCs w:val="20"/>
              </w:rPr>
            </w:pPr>
            <w:r w:rsidRPr="005D4466">
              <w:rPr>
                <w:b/>
                <w:sz w:val="20"/>
                <w:szCs w:val="20"/>
              </w:rPr>
              <w:t>7</w:t>
            </w:r>
          </w:p>
        </w:tc>
        <w:tc>
          <w:tcPr>
            <w:tcW w:w="648" w:type="dxa"/>
          </w:tcPr>
          <w:p w14:paraId="60615147" w14:textId="77777777" w:rsidR="008D6A74" w:rsidRPr="005D4466" w:rsidRDefault="00000000">
            <w:pPr>
              <w:jc w:val="center"/>
              <w:rPr>
                <w:sz w:val="20"/>
                <w:szCs w:val="20"/>
              </w:rPr>
            </w:pPr>
            <w:r w:rsidRPr="005D4466">
              <w:rPr>
                <w:b/>
                <w:sz w:val="20"/>
                <w:szCs w:val="20"/>
              </w:rPr>
              <w:t>8</w:t>
            </w:r>
          </w:p>
        </w:tc>
        <w:tc>
          <w:tcPr>
            <w:tcW w:w="648" w:type="dxa"/>
          </w:tcPr>
          <w:p w14:paraId="1077EBD6" w14:textId="77777777" w:rsidR="008D6A74" w:rsidRPr="005D4466" w:rsidRDefault="00000000">
            <w:pPr>
              <w:jc w:val="center"/>
              <w:rPr>
                <w:sz w:val="20"/>
                <w:szCs w:val="20"/>
              </w:rPr>
            </w:pPr>
            <w:r w:rsidRPr="005D4466">
              <w:rPr>
                <w:b/>
                <w:sz w:val="20"/>
                <w:szCs w:val="20"/>
              </w:rPr>
              <w:t>9</w:t>
            </w:r>
          </w:p>
        </w:tc>
        <w:tc>
          <w:tcPr>
            <w:tcW w:w="720" w:type="dxa"/>
          </w:tcPr>
          <w:p w14:paraId="639F1874" w14:textId="77777777" w:rsidR="008D6A74" w:rsidRPr="005D4466" w:rsidRDefault="00000000">
            <w:pPr>
              <w:jc w:val="center"/>
              <w:rPr>
                <w:sz w:val="20"/>
                <w:szCs w:val="20"/>
              </w:rPr>
            </w:pPr>
            <w:r w:rsidRPr="005D4466">
              <w:rPr>
                <w:b/>
                <w:sz w:val="20"/>
                <w:szCs w:val="20"/>
              </w:rPr>
              <w:t>R</w:t>
            </w:r>
          </w:p>
        </w:tc>
        <w:tc>
          <w:tcPr>
            <w:tcW w:w="720" w:type="dxa"/>
          </w:tcPr>
          <w:p w14:paraId="6979FE51" w14:textId="77777777" w:rsidR="008D6A74" w:rsidRPr="005D4466" w:rsidRDefault="00000000">
            <w:pPr>
              <w:jc w:val="center"/>
              <w:rPr>
                <w:sz w:val="20"/>
                <w:szCs w:val="20"/>
              </w:rPr>
            </w:pPr>
            <w:r w:rsidRPr="005D4466">
              <w:rPr>
                <w:b/>
                <w:sz w:val="20"/>
                <w:szCs w:val="20"/>
              </w:rPr>
              <w:t>H</w:t>
            </w:r>
          </w:p>
        </w:tc>
        <w:tc>
          <w:tcPr>
            <w:tcW w:w="720" w:type="dxa"/>
          </w:tcPr>
          <w:p w14:paraId="081E6403" w14:textId="77777777" w:rsidR="008D6A74" w:rsidRPr="005D4466" w:rsidRDefault="00000000">
            <w:pPr>
              <w:jc w:val="center"/>
              <w:rPr>
                <w:sz w:val="20"/>
                <w:szCs w:val="20"/>
              </w:rPr>
            </w:pPr>
            <w:r w:rsidRPr="005D4466">
              <w:rPr>
                <w:b/>
                <w:sz w:val="20"/>
                <w:szCs w:val="20"/>
              </w:rPr>
              <w:t>E</w:t>
            </w:r>
          </w:p>
        </w:tc>
      </w:tr>
      <w:tr w:rsidR="008D6A74" w:rsidRPr="005D4466" w14:paraId="1E9D0A04" w14:textId="77777777">
        <w:tc>
          <w:tcPr>
            <w:tcW w:w="1584" w:type="dxa"/>
          </w:tcPr>
          <w:p w14:paraId="4F2F537C" w14:textId="77777777" w:rsidR="008D6A74" w:rsidRPr="005D4466" w:rsidRDefault="00000000">
            <w:pPr>
              <w:rPr>
                <w:sz w:val="20"/>
                <w:szCs w:val="20"/>
              </w:rPr>
            </w:pPr>
            <w:r w:rsidRPr="005D4466">
              <w:rPr>
                <w:sz w:val="20"/>
                <w:szCs w:val="20"/>
              </w:rPr>
              <w:t>Visitor</w:t>
            </w:r>
          </w:p>
        </w:tc>
        <w:tc>
          <w:tcPr>
            <w:tcW w:w="648" w:type="dxa"/>
          </w:tcPr>
          <w:p w14:paraId="65A29489" w14:textId="77777777" w:rsidR="008D6A74" w:rsidRPr="005D4466" w:rsidRDefault="008D6A74">
            <w:pPr>
              <w:rPr>
                <w:sz w:val="20"/>
                <w:szCs w:val="20"/>
              </w:rPr>
            </w:pPr>
          </w:p>
        </w:tc>
        <w:tc>
          <w:tcPr>
            <w:tcW w:w="648" w:type="dxa"/>
          </w:tcPr>
          <w:p w14:paraId="29293977" w14:textId="77777777" w:rsidR="008D6A74" w:rsidRPr="005D4466" w:rsidRDefault="008D6A74">
            <w:pPr>
              <w:rPr>
                <w:sz w:val="20"/>
                <w:szCs w:val="20"/>
              </w:rPr>
            </w:pPr>
          </w:p>
        </w:tc>
        <w:tc>
          <w:tcPr>
            <w:tcW w:w="648" w:type="dxa"/>
          </w:tcPr>
          <w:p w14:paraId="2D8E6113" w14:textId="77777777" w:rsidR="008D6A74" w:rsidRPr="005D4466" w:rsidRDefault="008D6A74">
            <w:pPr>
              <w:rPr>
                <w:sz w:val="20"/>
                <w:szCs w:val="20"/>
              </w:rPr>
            </w:pPr>
          </w:p>
        </w:tc>
        <w:tc>
          <w:tcPr>
            <w:tcW w:w="648" w:type="dxa"/>
          </w:tcPr>
          <w:p w14:paraId="4A2EDD62" w14:textId="77777777" w:rsidR="008D6A74" w:rsidRPr="005D4466" w:rsidRDefault="008D6A74">
            <w:pPr>
              <w:rPr>
                <w:sz w:val="20"/>
                <w:szCs w:val="20"/>
              </w:rPr>
            </w:pPr>
          </w:p>
        </w:tc>
        <w:tc>
          <w:tcPr>
            <w:tcW w:w="648" w:type="dxa"/>
          </w:tcPr>
          <w:p w14:paraId="02EFDD62" w14:textId="77777777" w:rsidR="008D6A74" w:rsidRPr="005D4466" w:rsidRDefault="008D6A74">
            <w:pPr>
              <w:rPr>
                <w:sz w:val="20"/>
                <w:szCs w:val="20"/>
              </w:rPr>
            </w:pPr>
          </w:p>
        </w:tc>
        <w:tc>
          <w:tcPr>
            <w:tcW w:w="648" w:type="dxa"/>
          </w:tcPr>
          <w:p w14:paraId="470CB7D7" w14:textId="77777777" w:rsidR="008D6A74" w:rsidRPr="005D4466" w:rsidRDefault="008D6A74">
            <w:pPr>
              <w:rPr>
                <w:sz w:val="20"/>
                <w:szCs w:val="20"/>
              </w:rPr>
            </w:pPr>
          </w:p>
        </w:tc>
        <w:tc>
          <w:tcPr>
            <w:tcW w:w="648" w:type="dxa"/>
          </w:tcPr>
          <w:p w14:paraId="4DF598A3" w14:textId="77777777" w:rsidR="008D6A74" w:rsidRPr="005D4466" w:rsidRDefault="008D6A74">
            <w:pPr>
              <w:rPr>
                <w:sz w:val="20"/>
                <w:szCs w:val="20"/>
              </w:rPr>
            </w:pPr>
          </w:p>
        </w:tc>
        <w:tc>
          <w:tcPr>
            <w:tcW w:w="648" w:type="dxa"/>
          </w:tcPr>
          <w:p w14:paraId="61ED746A" w14:textId="77777777" w:rsidR="008D6A74" w:rsidRPr="005D4466" w:rsidRDefault="008D6A74">
            <w:pPr>
              <w:rPr>
                <w:sz w:val="20"/>
                <w:szCs w:val="20"/>
              </w:rPr>
            </w:pPr>
          </w:p>
        </w:tc>
        <w:tc>
          <w:tcPr>
            <w:tcW w:w="648" w:type="dxa"/>
          </w:tcPr>
          <w:p w14:paraId="6D97E01F" w14:textId="77777777" w:rsidR="008D6A74" w:rsidRPr="005D4466" w:rsidRDefault="008D6A74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14:paraId="767DE864" w14:textId="77777777" w:rsidR="008D6A74" w:rsidRPr="005D4466" w:rsidRDefault="008D6A74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14:paraId="57492A28" w14:textId="77777777" w:rsidR="008D6A74" w:rsidRPr="005D4466" w:rsidRDefault="008D6A74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14:paraId="2CE314AD" w14:textId="77777777" w:rsidR="008D6A74" w:rsidRPr="005D4466" w:rsidRDefault="008D6A74">
            <w:pPr>
              <w:rPr>
                <w:sz w:val="20"/>
                <w:szCs w:val="20"/>
              </w:rPr>
            </w:pPr>
          </w:p>
        </w:tc>
      </w:tr>
      <w:tr w:rsidR="008D6A74" w:rsidRPr="005D4466" w14:paraId="43659245" w14:textId="77777777">
        <w:tc>
          <w:tcPr>
            <w:tcW w:w="1584" w:type="dxa"/>
          </w:tcPr>
          <w:p w14:paraId="0995F4C7" w14:textId="77777777" w:rsidR="008D6A74" w:rsidRPr="005D4466" w:rsidRDefault="00000000">
            <w:pPr>
              <w:rPr>
                <w:sz w:val="20"/>
                <w:szCs w:val="20"/>
              </w:rPr>
            </w:pPr>
            <w:r w:rsidRPr="005D4466">
              <w:rPr>
                <w:sz w:val="20"/>
                <w:szCs w:val="20"/>
              </w:rPr>
              <w:t>Home</w:t>
            </w:r>
          </w:p>
        </w:tc>
        <w:tc>
          <w:tcPr>
            <w:tcW w:w="648" w:type="dxa"/>
          </w:tcPr>
          <w:p w14:paraId="58DC280B" w14:textId="77777777" w:rsidR="008D6A74" w:rsidRPr="005D4466" w:rsidRDefault="008D6A74">
            <w:pPr>
              <w:rPr>
                <w:sz w:val="20"/>
                <w:szCs w:val="20"/>
              </w:rPr>
            </w:pPr>
          </w:p>
        </w:tc>
        <w:tc>
          <w:tcPr>
            <w:tcW w:w="648" w:type="dxa"/>
          </w:tcPr>
          <w:p w14:paraId="10F91F37" w14:textId="77777777" w:rsidR="008D6A74" w:rsidRPr="005D4466" w:rsidRDefault="008D6A74">
            <w:pPr>
              <w:rPr>
                <w:sz w:val="20"/>
                <w:szCs w:val="20"/>
              </w:rPr>
            </w:pPr>
          </w:p>
        </w:tc>
        <w:tc>
          <w:tcPr>
            <w:tcW w:w="648" w:type="dxa"/>
          </w:tcPr>
          <w:p w14:paraId="402F4611" w14:textId="77777777" w:rsidR="008D6A74" w:rsidRPr="005D4466" w:rsidRDefault="008D6A74">
            <w:pPr>
              <w:rPr>
                <w:sz w:val="20"/>
                <w:szCs w:val="20"/>
              </w:rPr>
            </w:pPr>
          </w:p>
        </w:tc>
        <w:tc>
          <w:tcPr>
            <w:tcW w:w="648" w:type="dxa"/>
          </w:tcPr>
          <w:p w14:paraId="709FBFC8" w14:textId="77777777" w:rsidR="008D6A74" w:rsidRPr="005D4466" w:rsidRDefault="008D6A74">
            <w:pPr>
              <w:rPr>
                <w:sz w:val="20"/>
                <w:szCs w:val="20"/>
              </w:rPr>
            </w:pPr>
          </w:p>
        </w:tc>
        <w:tc>
          <w:tcPr>
            <w:tcW w:w="648" w:type="dxa"/>
          </w:tcPr>
          <w:p w14:paraId="3B8D520B" w14:textId="77777777" w:rsidR="008D6A74" w:rsidRPr="005D4466" w:rsidRDefault="008D6A74">
            <w:pPr>
              <w:rPr>
                <w:sz w:val="20"/>
                <w:szCs w:val="20"/>
              </w:rPr>
            </w:pPr>
          </w:p>
        </w:tc>
        <w:tc>
          <w:tcPr>
            <w:tcW w:w="648" w:type="dxa"/>
          </w:tcPr>
          <w:p w14:paraId="37914989" w14:textId="77777777" w:rsidR="008D6A74" w:rsidRPr="005D4466" w:rsidRDefault="008D6A74">
            <w:pPr>
              <w:rPr>
                <w:sz w:val="20"/>
                <w:szCs w:val="20"/>
              </w:rPr>
            </w:pPr>
          </w:p>
        </w:tc>
        <w:tc>
          <w:tcPr>
            <w:tcW w:w="648" w:type="dxa"/>
          </w:tcPr>
          <w:p w14:paraId="5BBEE8EE" w14:textId="77777777" w:rsidR="008D6A74" w:rsidRPr="005D4466" w:rsidRDefault="008D6A74">
            <w:pPr>
              <w:rPr>
                <w:sz w:val="20"/>
                <w:szCs w:val="20"/>
              </w:rPr>
            </w:pPr>
          </w:p>
        </w:tc>
        <w:tc>
          <w:tcPr>
            <w:tcW w:w="648" w:type="dxa"/>
          </w:tcPr>
          <w:p w14:paraId="45FADC56" w14:textId="77777777" w:rsidR="008D6A74" w:rsidRPr="005D4466" w:rsidRDefault="008D6A74">
            <w:pPr>
              <w:rPr>
                <w:sz w:val="20"/>
                <w:szCs w:val="20"/>
              </w:rPr>
            </w:pPr>
          </w:p>
        </w:tc>
        <w:tc>
          <w:tcPr>
            <w:tcW w:w="648" w:type="dxa"/>
          </w:tcPr>
          <w:p w14:paraId="43E39BF8" w14:textId="77777777" w:rsidR="008D6A74" w:rsidRPr="005D4466" w:rsidRDefault="008D6A74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14:paraId="0DE352F0" w14:textId="77777777" w:rsidR="008D6A74" w:rsidRPr="005D4466" w:rsidRDefault="008D6A74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14:paraId="64F16C7E" w14:textId="77777777" w:rsidR="008D6A74" w:rsidRPr="005D4466" w:rsidRDefault="008D6A74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14:paraId="1CDC1D87" w14:textId="77777777" w:rsidR="008D6A74" w:rsidRPr="005D4466" w:rsidRDefault="008D6A74">
            <w:pPr>
              <w:rPr>
                <w:sz w:val="20"/>
                <w:szCs w:val="20"/>
              </w:rPr>
            </w:pPr>
          </w:p>
        </w:tc>
      </w:tr>
    </w:tbl>
    <w:p w14:paraId="2AA92CD2" w14:textId="77777777" w:rsidR="008D6A74" w:rsidRDefault="008D6A74"/>
    <w:tbl>
      <w:tblPr>
        <w:tblW w:w="14823" w:type="dxa"/>
        <w:tblLayout w:type="fixed"/>
        <w:tblLook w:val="04A0" w:firstRow="1" w:lastRow="0" w:firstColumn="1" w:lastColumn="0" w:noHBand="0" w:noVBand="1"/>
      </w:tblPr>
      <w:tblGrid>
        <w:gridCol w:w="7479"/>
        <w:gridCol w:w="7344"/>
      </w:tblGrid>
      <w:tr w:rsidR="008D6A74" w14:paraId="0C3A91DC" w14:textId="77777777" w:rsidTr="005D4466">
        <w:tc>
          <w:tcPr>
            <w:tcW w:w="7479" w:type="dxa"/>
          </w:tcPr>
          <w:p w14:paraId="37294044" w14:textId="77777777" w:rsidR="008D6A74" w:rsidRPr="005D4466" w:rsidRDefault="00000000">
            <w:pPr>
              <w:rPr>
                <w:sz w:val="20"/>
                <w:szCs w:val="20"/>
              </w:rPr>
            </w:pPr>
            <w:r w:rsidRPr="005D4466">
              <w:rPr>
                <w:b/>
                <w:sz w:val="20"/>
                <w:szCs w:val="20"/>
              </w:rPr>
              <w:t>Visitor batting</w:t>
            </w:r>
          </w:p>
          <w:tbl>
            <w:tblPr>
              <w:tblStyle w:val="TableGrid"/>
              <w:tblW w:w="7255" w:type="dxa"/>
              <w:tblLayout w:type="fixed"/>
              <w:tblLook w:val="04A0" w:firstRow="1" w:lastRow="0" w:firstColumn="1" w:lastColumn="0" w:noHBand="0" w:noVBand="1"/>
            </w:tblPr>
            <w:tblGrid>
              <w:gridCol w:w="360"/>
              <w:gridCol w:w="1512"/>
              <w:gridCol w:w="675"/>
              <w:gridCol w:w="2155"/>
              <w:gridCol w:w="425"/>
              <w:gridCol w:w="425"/>
              <w:gridCol w:w="568"/>
              <w:gridCol w:w="568"/>
              <w:gridCol w:w="567"/>
            </w:tblGrid>
            <w:tr w:rsidR="005D4466" w:rsidRPr="005D4466" w14:paraId="51317D6D" w14:textId="77777777" w:rsidTr="005D4466">
              <w:tc>
                <w:tcPr>
                  <w:tcW w:w="360" w:type="dxa"/>
                </w:tcPr>
                <w:p w14:paraId="44935196" w14:textId="77777777" w:rsidR="005D4466" w:rsidRPr="005D4466" w:rsidRDefault="005D4466">
                  <w:pPr>
                    <w:jc w:val="center"/>
                    <w:rPr>
                      <w:sz w:val="20"/>
                      <w:szCs w:val="20"/>
                    </w:rPr>
                  </w:pPr>
                  <w:r w:rsidRPr="005D4466">
                    <w:rPr>
                      <w:b/>
                      <w:sz w:val="20"/>
                      <w:szCs w:val="20"/>
                    </w:rPr>
                    <w:t>#</w:t>
                  </w:r>
                </w:p>
              </w:tc>
              <w:tc>
                <w:tcPr>
                  <w:tcW w:w="1512" w:type="dxa"/>
                </w:tcPr>
                <w:p w14:paraId="62ADBC02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  <w:r w:rsidRPr="005D4466">
                    <w:rPr>
                      <w:b/>
                      <w:sz w:val="20"/>
                      <w:szCs w:val="20"/>
                    </w:rPr>
                    <w:t>Batter</w:t>
                  </w:r>
                </w:p>
              </w:tc>
              <w:tc>
                <w:tcPr>
                  <w:tcW w:w="675" w:type="dxa"/>
                </w:tcPr>
                <w:p w14:paraId="3E1294BC" w14:textId="77777777" w:rsidR="005D4466" w:rsidRPr="005D4466" w:rsidRDefault="005D4466">
                  <w:pPr>
                    <w:jc w:val="center"/>
                    <w:rPr>
                      <w:sz w:val="20"/>
                      <w:szCs w:val="20"/>
                    </w:rPr>
                  </w:pPr>
                  <w:r w:rsidRPr="005D4466">
                    <w:rPr>
                      <w:b/>
                      <w:sz w:val="20"/>
                      <w:szCs w:val="20"/>
                    </w:rPr>
                    <w:t>Pos</w:t>
                  </w:r>
                </w:p>
              </w:tc>
              <w:tc>
                <w:tcPr>
                  <w:tcW w:w="2155" w:type="dxa"/>
                </w:tcPr>
                <w:p w14:paraId="69E0BB5F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  <w:r w:rsidRPr="005D4466">
                    <w:rPr>
                      <w:b/>
                      <w:sz w:val="20"/>
                      <w:szCs w:val="20"/>
                    </w:rPr>
                    <w:t>PA log / notes</w:t>
                  </w:r>
                </w:p>
              </w:tc>
              <w:tc>
                <w:tcPr>
                  <w:tcW w:w="425" w:type="dxa"/>
                </w:tcPr>
                <w:p w14:paraId="6D812BDD" w14:textId="77777777" w:rsidR="005D4466" w:rsidRPr="005D4466" w:rsidRDefault="005D4466">
                  <w:pPr>
                    <w:jc w:val="center"/>
                    <w:rPr>
                      <w:sz w:val="20"/>
                      <w:szCs w:val="20"/>
                    </w:rPr>
                  </w:pPr>
                  <w:r w:rsidRPr="005D4466">
                    <w:rPr>
                      <w:b/>
                      <w:sz w:val="20"/>
                      <w:szCs w:val="20"/>
                    </w:rPr>
                    <w:t>R</w:t>
                  </w:r>
                </w:p>
              </w:tc>
              <w:tc>
                <w:tcPr>
                  <w:tcW w:w="425" w:type="dxa"/>
                </w:tcPr>
                <w:p w14:paraId="0F7C9CE6" w14:textId="77777777" w:rsidR="005D4466" w:rsidRPr="005D4466" w:rsidRDefault="005D4466">
                  <w:pPr>
                    <w:jc w:val="center"/>
                    <w:rPr>
                      <w:sz w:val="20"/>
                      <w:szCs w:val="20"/>
                    </w:rPr>
                  </w:pPr>
                  <w:r w:rsidRPr="005D4466">
                    <w:rPr>
                      <w:b/>
                      <w:sz w:val="20"/>
                      <w:szCs w:val="20"/>
                    </w:rPr>
                    <w:t>H</w:t>
                  </w:r>
                </w:p>
              </w:tc>
              <w:tc>
                <w:tcPr>
                  <w:tcW w:w="568" w:type="dxa"/>
                </w:tcPr>
                <w:p w14:paraId="0647AE95" w14:textId="77777777" w:rsidR="005D4466" w:rsidRPr="005D4466" w:rsidRDefault="005D4466">
                  <w:pPr>
                    <w:jc w:val="center"/>
                    <w:rPr>
                      <w:sz w:val="20"/>
                      <w:szCs w:val="20"/>
                    </w:rPr>
                  </w:pPr>
                  <w:r w:rsidRPr="005D4466">
                    <w:rPr>
                      <w:b/>
                      <w:sz w:val="20"/>
                      <w:szCs w:val="20"/>
                    </w:rPr>
                    <w:t>BB</w:t>
                  </w:r>
                </w:p>
              </w:tc>
              <w:tc>
                <w:tcPr>
                  <w:tcW w:w="568" w:type="dxa"/>
                </w:tcPr>
                <w:p w14:paraId="07014ED8" w14:textId="77777777" w:rsidR="005D4466" w:rsidRPr="005D4466" w:rsidRDefault="005D4466">
                  <w:pPr>
                    <w:jc w:val="center"/>
                    <w:rPr>
                      <w:sz w:val="20"/>
                      <w:szCs w:val="20"/>
                    </w:rPr>
                  </w:pPr>
                  <w:r w:rsidRPr="005D4466">
                    <w:rPr>
                      <w:b/>
                      <w:sz w:val="20"/>
                      <w:szCs w:val="20"/>
                    </w:rPr>
                    <w:t>SO</w:t>
                  </w:r>
                </w:p>
              </w:tc>
              <w:tc>
                <w:tcPr>
                  <w:tcW w:w="567" w:type="dxa"/>
                </w:tcPr>
                <w:p w14:paraId="583A573C" w14:textId="77777777" w:rsidR="005D4466" w:rsidRPr="005D4466" w:rsidRDefault="005D4466">
                  <w:pPr>
                    <w:jc w:val="center"/>
                    <w:rPr>
                      <w:sz w:val="20"/>
                      <w:szCs w:val="20"/>
                    </w:rPr>
                  </w:pPr>
                  <w:r w:rsidRPr="005D4466">
                    <w:rPr>
                      <w:b/>
                      <w:sz w:val="20"/>
                      <w:szCs w:val="20"/>
                    </w:rPr>
                    <w:t>HR</w:t>
                  </w:r>
                </w:p>
              </w:tc>
            </w:tr>
            <w:tr w:rsidR="005D4466" w:rsidRPr="005D4466" w14:paraId="09923E9A" w14:textId="77777777" w:rsidTr="005D4466">
              <w:tc>
                <w:tcPr>
                  <w:tcW w:w="360" w:type="dxa"/>
                </w:tcPr>
                <w:p w14:paraId="72A59643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  <w:r w:rsidRPr="005D4466">
                    <w:rPr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512" w:type="dxa"/>
                </w:tcPr>
                <w:p w14:paraId="5582761C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675" w:type="dxa"/>
                </w:tcPr>
                <w:p w14:paraId="08F9EE10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155" w:type="dxa"/>
                </w:tcPr>
                <w:p w14:paraId="772E7FC6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425" w:type="dxa"/>
                </w:tcPr>
                <w:p w14:paraId="4DE8D653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425" w:type="dxa"/>
                </w:tcPr>
                <w:p w14:paraId="787310AE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8" w:type="dxa"/>
                </w:tcPr>
                <w:p w14:paraId="397654C5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8" w:type="dxa"/>
                </w:tcPr>
                <w:p w14:paraId="0B9EEAE7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7" w:type="dxa"/>
                </w:tcPr>
                <w:p w14:paraId="6AA65185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5D4466" w:rsidRPr="005D4466" w14:paraId="7C171B1E" w14:textId="77777777" w:rsidTr="005D4466">
              <w:tc>
                <w:tcPr>
                  <w:tcW w:w="360" w:type="dxa"/>
                </w:tcPr>
                <w:p w14:paraId="4A7840E8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  <w:r w:rsidRPr="005D4466">
                    <w:rPr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512" w:type="dxa"/>
                </w:tcPr>
                <w:p w14:paraId="025EEF82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675" w:type="dxa"/>
                </w:tcPr>
                <w:p w14:paraId="0F16FEEF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155" w:type="dxa"/>
                </w:tcPr>
                <w:p w14:paraId="003ECCDB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425" w:type="dxa"/>
                </w:tcPr>
                <w:p w14:paraId="04459041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425" w:type="dxa"/>
                </w:tcPr>
                <w:p w14:paraId="7BBBC4E9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8" w:type="dxa"/>
                </w:tcPr>
                <w:p w14:paraId="17249896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8" w:type="dxa"/>
                </w:tcPr>
                <w:p w14:paraId="71FE6C8F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7" w:type="dxa"/>
                </w:tcPr>
                <w:p w14:paraId="4897A162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5D4466" w:rsidRPr="005D4466" w14:paraId="0952C318" w14:textId="77777777" w:rsidTr="005D4466">
              <w:tc>
                <w:tcPr>
                  <w:tcW w:w="360" w:type="dxa"/>
                </w:tcPr>
                <w:p w14:paraId="1D784B08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  <w:r w:rsidRPr="005D4466">
                    <w:rPr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512" w:type="dxa"/>
                </w:tcPr>
                <w:p w14:paraId="2AE33292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675" w:type="dxa"/>
                </w:tcPr>
                <w:p w14:paraId="6917DB83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155" w:type="dxa"/>
                </w:tcPr>
                <w:p w14:paraId="534D0D93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425" w:type="dxa"/>
                </w:tcPr>
                <w:p w14:paraId="4E0EAA33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425" w:type="dxa"/>
                </w:tcPr>
                <w:p w14:paraId="23A452A7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8" w:type="dxa"/>
                </w:tcPr>
                <w:p w14:paraId="0C8F6A01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8" w:type="dxa"/>
                </w:tcPr>
                <w:p w14:paraId="74E25EFC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7" w:type="dxa"/>
                </w:tcPr>
                <w:p w14:paraId="2B62D359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5D4466" w:rsidRPr="005D4466" w14:paraId="443E270D" w14:textId="77777777" w:rsidTr="005D4466">
              <w:tc>
                <w:tcPr>
                  <w:tcW w:w="360" w:type="dxa"/>
                </w:tcPr>
                <w:p w14:paraId="47132751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  <w:r w:rsidRPr="005D4466">
                    <w:rPr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1512" w:type="dxa"/>
                </w:tcPr>
                <w:p w14:paraId="44D81FB9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675" w:type="dxa"/>
                </w:tcPr>
                <w:p w14:paraId="3245D91F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155" w:type="dxa"/>
                </w:tcPr>
                <w:p w14:paraId="3CA736BB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425" w:type="dxa"/>
                </w:tcPr>
                <w:p w14:paraId="75EB6DCF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425" w:type="dxa"/>
                </w:tcPr>
                <w:p w14:paraId="63E0A225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8" w:type="dxa"/>
                </w:tcPr>
                <w:p w14:paraId="51BF8526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8" w:type="dxa"/>
                </w:tcPr>
                <w:p w14:paraId="3B63DFA4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7" w:type="dxa"/>
                </w:tcPr>
                <w:p w14:paraId="01877272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5D4466" w:rsidRPr="005D4466" w14:paraId="7282AF1D" w14:textId="77777777" w:rsidTr="005D4466">
              <w:tc>
                <w:tcPr>
                  <w:tcW w:w="360" w:type="dxa"/>
                </w:tcPr>
                <w:p w14:paraId="1F6CFAF0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  <w:r w:rsidRPr="005D4466">
                    <w:rPr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1512" w:type="dxa"/>
                </w:tcPr>
                <w:p w14:paraId="32E386A1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675" w:type="dxa"/>
                </w:tcPr>
                <w:p w14:paraId="5DB0A63A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155" w:type="dxa"/>
                </w:tcPr>
                <w:p w14:paraId="5CE5F3CF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425" w:type="dxa"/>
                </w:tcPr>
                <w:p w14:paraId="7CC725E3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425" w:type="dxa"/>
                </w:tcPr>
                <w:p w14:paraId="7F055F8F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8" w:type="dxa"/>
                </w:tcPr>
                <w:p w14:paraId="276E2977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8" w:type="dxa"/>
                </w:tcPr>
                <w:p w14:paraId="483993FF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7" w:type="dxa"/>
                </w:tcPr>
                <w:p w14:paraId="63EF6857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5D4466" w:rsidRPr="005D4466" w14:paraId="311CA7DA" w14:textId="77777777" w:rsidTr="005D4466">
              <w:tc>
                <w:tcPr>
                  <w:tcW w:w="360" w:type="dxa"/>
                </w:tcPr>
                <w:p w14:paraId="1A84DFC0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  <w:r w:rsidRPr="005D4466">
                    <w:rPr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1512" w:type="dxa"/>
                </w:tcPr>
                <w:p w14:paraId="76889819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675" w:type="dxa"/>
                </w:tcPr>
                <w:p w14:paraId="713FDEA1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155" w:type="dxa"/>
                </w:tcPr>
                <w:p w14:paraId="3A4CC7E4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425" w:type="dxa"/>
                </w:tcPr>
                <w:p w14:paraId="2E9D43FB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425" w:type="dxa"/>
                </w:tcPr>
                <w:p w14:paraId="6245B8F7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8" w:type="dxa"/>
                </w:tcPr>
                <w:p w14:paraId="50ED824F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8" w:type="dxa"/>
                </w:tcPr>
                <w:p w14:paraId="42ACE8BD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7" w:type="dxa"/>
                </w:tcPr>
                <w:p w14:paraId="7E6984E8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5D4466" w:rsidRPr="005D4466" w14:paraId="42E9852F" w14:textId="77777777" w:rsidTr="005D4466">
              <w:tc>
                <w:tcPr>
                  <w:tcW w:w="360" w:type="dxa"/>
                </w:tcPr>
                <w:p w14:paraId="33601B81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  <w:r w:rsidRPr="005D4466">
                    <w:rPr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1512" w:type="dxa"/>
                </w:tcPr>
                <w:p w14:paraId="090BFE61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675" w:type="dxa"/>
                </w:tcPr>
                <w:p w14:paraId="2C2A92E6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155" w:type="dxa"/>
                </w:tcPr>
                <w:p w14:paraId="78525C37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425" w:type="dxa"/>
                </w:tcPr>
                <w:p w14:paraId="0AA8A1F2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425" w:type="dxa"/>
                </w:tcPr>
                <w:p w14:paraId="02596D0D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8" w:type="dxa"/>
                </w:tcPr>
                <w:p w14:paraId="4CA63A1B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8" w:type="dxa"/>
                </w:tcPr>
                <w:p w14:paraId="201004B0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7" w:type="dxa"/>
                </w:tcPr>
                <w:p w14:paraId="2190967A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5D4466" w:rsidRPr="005D4466" w14:paraId="7E21DA36" w14:textId="77777777" w:rsidTr="005D4466">
              <w:tc>
                <w:tcPr>
                  <w:tcW w:w="360" w:type="dxa"/>
                </w:tcPr>
                <w:p w14:paraId="13A74520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  <w:r w:rsidRPr="005D4466">
                    <w:rPr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1512" w:type="dxa"/>
                </w:tcPr>
                <w:p w14:paraId="1313A96E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675" w:type="dxa"/>
                </w:tcPr>
                <w:p w14:paraId="74579B67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155" w:type="dxa"/>
                </w:tcPr>
                <w:p w14:paraId="5FF1B255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425" w:type="dxa"/>
                </w:tcPr>
                <w:p w14:paraId="565340B8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425" w:type="dxa"/>
                </w:tcPr>
                <w:p w14:paraId="52E6A484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8" w:type="dxa"/>
                </w:tcPr>
                <w:p w14:paraId="08053F33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8" w:type="dxa"/>
                </w:tcPr>
                <w:p w14:paraId="4C562CEB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7" w:type="dxa"/>
                </w:tcPr>
                <w:p w14:paraId="2105FF5A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5D4466" w:rsidRPr="005D4466" w14:paraId="31746E89" w14:textId="77777777" w:rsidTr="005D4466">
              <w:tc>
                <w:tcPr>
                  <w:tcW w:w="360" w:type="dxa"/>
                </w:tcPr>
                <w:p w14:paraId="73BD447F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  <w:r w:rsidRPr="005D4466">
                    <w:rPr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1512" w:type="dxa"/>
                </w:tcPr>
                <w:p w14:paraId="3EF9B825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675" w:type="dxa"/>
                </w:tcPr>
                <w:p w14:paraId="0D1A2E99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155" w:type="dxa"/>
                </w:tcPr>
                <w:p w14:paraId="407A5E2D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425" w:type="dxa"/>
                </w:tcPr>
                <w:p w14:paraId="317BBFD6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425" w:type="dxa"/>
                </w:tcPr>
                <w:p w14:paraId="737B4643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8" w:type="dxa"/>
                </w:tcPr>
                <w:p w14:paraId="444C5713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8" w:type="dxa"/>
                </w:tcPr>
                <w:p w14:paraId="3FB545E0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7" w:type="dxa"/>
                </w:tcPr>
                <w:p w14:paraId="28467147" w14:textId="77777777" w:rsidR="005D4466" w:rsidRPr="005D4466" w:rsidRDefault="005D4466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44326416" w14:textId="77777777" w:rsidR="005D4466" w:rsidRPr="005D4466" w:rsidRDefault="005D4466">
            <w:pPr>
              <w:rPr>
                <w:b/>
                <w:sz w:val="20"/>
                <w:szCs w:val="20"/>
              </w:rPr>
            </w:pPr>
          </w:p>
          <w:p w14:paraId="607F04BA" w14:textId="3FF5650C" w:rsidR="008D6A74" w:rsidRPr="005D4466" w:rsidRDefault="00000000">
            <w:pPr>
              <w:rPr>
                <w:sz w:val="20"/>
                <w:szCs w:val="20"/>
              </w:rPr>
            </w:pPr>
            <w:r w:rsidRPr="005D4466">
              <w:rPr>
                <w:b/>
                <w:sz w:val="20"/>
                <w:szCs w:val="20"/>
              </w:rPr>
              <w:t>Visitor pitching</w:t>
            </w: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256"/>
              <w:gridCol w:w="648"/>
              <w:gridCol w:w="576"/>
              <w:gridCol w:w="576"/>
              <w:gridCol w:w="720"/>
              <w:gridCol w:w="720"/>
              <w:gridCol w:w="720"/>
            </w:tblGrid>
            <w:tr w:rsidR="008D6A74" w:rsidRPr="005D4466" w14:paraId="6B09C4BB" w14:textId="77777777" w:rsidTr="005D4466">
              <w:tc>
                <w:tcPr>
                  <w:tcW w:w="3256" w:type="dxa"/>
                </w:tcPr>
                <w:p w14:paraId="03E52F96" w14:textId="77777777" w:rsidR="008D6A74" w:rsidRPr="005D4466" w:rsidRDefault="00000000">
                  <w:pPr>
                    <w:rPr>
                      <w:sz w:val="20"/>
                      <w:szCs w:val="20"/>
                    </w:rPr>
                  </w:pPr>
                  <w:r w:rsidRPr="005D4466">
                    <w:rPr>
                      <w:b/>
                      <w:sz w:val="20"/>
                      <w:szCs w:val="20"/>
                    </w:rPr>
                    <w:t>Pitcher</w:t>
                  </w:r>
                </w:p>
              </w:tc>
              <w:tc>
                <w:tcPr>
                  <w:tcW w:w="648" w:type="dxa"/>
                </w:tcPr>
                <w:p w14:paraId="0A5F4312" w14:textId="77777777" w:rsidR="008D6A74" w:rsidRPr="005D4466" w:rsidRDefault="00000000">
                  <w:pPr>
                    <w:jc w:val="center"/>
                    <w:rPr>
                      <w:sz w:val="20"/>
                      <w:szCs w:val="20"/>
                    </w:rPr>
                  </w:pPr>
                  <w:r w:rsidRPr="005D4466">
                    <w:rPr>
                      <w:b/>
                      <w:sz w:val="20"/>
                      <w:szCs w:val="20"/>
                    </w:rPr>
                    <w:t>IP</w:t>
                  </w:r>
                </w:p>
              </w:tc>
              <w:tc>
                <w:tcPr>
                  <w:tcW w:w="576" w:type="dxa"/>
                </w:tcPr>
                <w:p w14:paraId="039CB826" w14:textId="77777777" w:rsidR="008D6A74" w:rsidRPr="005D4466" w:rsidRDefault="00000000">
                  <w:pPr>
                    <w:jc w:val="center"/>
                    <w:rPr>
                      <w:sz w:val="20"/>
                      <w:szCs w:val="20"/>
                    </w:rPr>
                  </w:pPr>
                  <w:r w:rsidRPr="005D4466">
                    <w:rPr>
                      <w:b/>
                      <w:sz w:val="20"/>
                      <w:szCs w:val="20"/>
                    </w:rPr>
                    <w:t>H</w:t>
                  </w:r>
                </w:p>
              </w:tc>
              <w:tc>
                <w:tcPr>
                  <w:tcW w:w="576" w:type="dxa"/>
                </w:tcPr>
                <w:p w14:paraId="2E513C88" w14:textId="77777777" w:rsidR="008D6A74" w:rsidRPr="005D4466" w:rsidRDefault="00000000">
                  <w:pPr>
                    <w:jc w:val="center"/>
                    <w:rPr>
                      <w:sz w:val="20"/>
                      <w:szCs w:val="20"/>
                    </w:rPr>
                  </w:pPr>
                  <w:r w:rsidRPr="005D4466">
                    <w:rPr>
                      <w:b/>
                      <w:sz w:val="20"/>
                      <w:szCs w:val="20"/>
                    </w:rPr>
                    <w:t>R</w:t>
                  </w:r>
                </w:p>
              </w:tc>
              <w:tc>
                <w:tcPr>
                  <w:tcW w:w="720" w:type="dxa"/>
                </w:tcPr>
                <w:p w14:paraId="7D8C061E" w14:textId="77777777" w:rsidR="008D6A74" w:rsidRPr="005D4466" w:rsidRDefault="00000000">
                  <w:pPr>
                    <w:jc w:val="center"/>
                    <w:rPr>
                      <w:sz w:val="20"/>
                      <w:szCs w:val="20"/>
                    </w:rPr>
                  </w:pPr>
                  <w:r w:rsidRPr="005D4466">
                    <w:rPr>
                      <w:b/>
                      <w:sz w:val="20"/>
                      <w:szCs w:val="20"/>
                    </w:rPr>
                    <w:t>BB</w:t>
                  </w:r>
                </w:p>
              </w:tc>
              <w:tc>
                <w:tcPr>
                  <w:tcW w:w="720" w:type="dxa"/>
                </w:tcPr>
                <w:p w14:paraId="7FD3AF7F" w14:textId="77777777" w:rsidR="008D6A74" w:rsidRPr="005D4466" w:rsidRDefault="00000000">
                  <w:pPr>
                    <w:jc w:val="center"/>
                    <w:rPr>
                      <w:sz w:val="20"/>
                      <w:szCs w:val="20"/>
                    </w:rPr>
                  </w:pPr>
                  <w:r w:rsidRPr="005D4466">
                    <w:rPr>
                      <w:b/>
                      <w:sz w:val="20"/>
                      <w:szCs w:val="20"/>
                    </w:rPr>
                    <w:t>SO</w:t>
                  </w:r>
                </w:p>
              </w:tc>
              <w:tc>
                <w:tcPr>
                  <w:tcW w:w="720" w:type="dxa"/>
                </w:tcPr>
                <w:p w14:paraId="77008C0D" w14:textId="77777777" w:rsidR="008D6A74" w:rsidRPr="005D4466" w:rsidRDefault="00000000">
                  <w:pPr>
                    <w:jc w:val="center"/>
                    <w:rPr>
                      <w:sz w:val="20"/>
                      <w:szCs w:val="20"/>
                    </w:rPr>
                  </w:pPr>
                  <w:r w:rsidRPr="005D4466">
                    <w:rPr>
                      <w:b/>
                      <w:sz w:val="20"/>
                      <w:szCs w:val="20"/>
                    </w:rPr>
                    <w:t>HR</w:t>
                  </w:r>
                </w:p>
              </w:tc>
            </w:tr>
            <w:tr w:rsidR="008D6A74" w:rsidRPr="005D4466" w14:paraId="3B45651F" w14:textId="77777777" w:rsidTr="005D4466">
              <w:tc>
                <w:tcPr>
                  <w:tcW w:w="3256" w:type="dxa"/>
                </w:tcPr>
                <w:p w14:paraId="70CD3D6E" w14:textId="77777777" w:rsidR="008D6A74" w:rsidRPr="005D4466" w:rsidRDefault="008D6A74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648" w:type="dxa"/>
                </w:tcPr>
                <w:p w14:paraId="0CBA9CC6" w14:textId="77777777" w:rsidR="008D6A74" w:rsidRPr="005D4466" w:rsidRDefault="008D6A74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76" w:type="dxa"/>
                </w:tcPr>
                <w:p w14:paraId="6E1D1C7D" w14:textId="77777777" w:rsidR="008D6A74" w:rsidRPr="005D4466" w:rsidRDefault="008D6A74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76" w:type="dxa"/>
                </w:tcPr>
                <w:p w14:paraId="6DDAC8F7" w14:textId="77777777" w:rsidR="008D6A74" w:rsidRPr="005D4466" w:rsidRDefault="008D6A74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720" w:type="dxa"/>
                </w:tcPr>
                <w:p w14:paraId="7D5C98BF" w14:textId="77777777" w:rsidR="008D6A74" w:rsidRPr="005D4466" w:rsidRDefault="008D6A74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720" w:type="dxa"/>
                </w:tcPr>
                <w:p w14:paraId="645CE2AD" w14:textId="77777777" w:rsidR="008D6A74" w:rsidRPr="005D4466" w:rsidRDefault="008D6A74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720" w:type="dxa"/>
                </w:tcPr>
                <w:p w14:paraId="5A70FA76" w14:textId="77777777" w:rsidR="008D6A74" w:rsidRPr="005D4466" w:rsidRDefault="008D6A74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8D6A74" w:rsidRPr="005D4466" w14:paraId="678F4E3A" w14:textId="77777777" w:rsidTr="005D4466">
              <w:tc>
                <w:tcPr>
                  <w:tcW w:w="3256" w:type="dxa"/>
                </w:tcPr>
                <w:p w14:paraId="70453172" w14:textId="77777777" w:rsidR="008D6A74" w:rsidRPr="005D4466" w:rsidRDefault="008D6A74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648" w:type="dxa"/>
                </w:tcPr>
                <w:p w14:paraId="2986E4CA" w14:textId="77777777" w:rsidR="008D6A74" w:rsidRPr="005D4466" w:rsidRDefault="008D6A74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76" w:type="dxa"/>
                </w:tcPr>
                <w:p w14:paraId="3703F552" w14:textId="77777777" w:rsidR="008D6A74" w:rsidRPr="005D4466" w:rsidRDefault="008D6A74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76" w:type="dxa"/>
                </w:tcPr>
                <w:p w14:paraId="2DE71FC2" w14:textId="77777777" w:rsidR="008D6A74" w:rsidRPr="005D4466" w:rsidRDefault="008D6A74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720" w:type="dxa"/>
                </w:tcPr>
                <w:p w14:paraId="16BA2E92" w14:textId="77777777" w:rsidR="008D6A74" w:rsidRPr="005D4466" w:rsidRDefault="008D6A74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720" w:type="dxa"/>
                </w:tcPr>
                <w:p w14:paraId="7F994963" w14:textId="77777777" w:rsidR="008D6A74" w:rsidRPr="005D4466" w:rsidRDefault="008D6A74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720" w:type="dxa"/>
                </w:tcPr>
                <w:p w14:paraId="36A15D91" w14:textId="77777777" w:rsidR="008D6A74" w:rsidRPr="005D4466" w:rsidRDefault="008D6A74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8D6A74" w:rsidRPr="005D4466" w14:paraId="1AE275BC" w14:textId="77777777" w:rsidTr="005D4466">
              <w:tc>
                <w:tcPr>
                  <w:tcW w:w="3256" w:type="dxa"/>
                </w:tcPr>
                <w:p w14:paraId="7FB8FD01" w14:textId="77777777" w:rsidR="008D6A74" w:rsidRPr="005D4466" w:rsidRDefault="008D6A74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648" w:type="dxa"/>
                </w:tcPr>
                <w:p w14:paraId="76CF0BD1" w14:textId="77777777" w:rsidR="008D6A74" w:rsidRPr="005D4466" w:rsidRDefault="008D6A74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76" w:type="dxa"/>
                </w:tcPr>
                <w:p w14:paraId="000545E5" w14:textId="77777777" w:rsidR="008D6A74" w:rsidRPr="005D4466" w:rsidRDefault="008D6A74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76" w:type="dxa"/>
                </w:tcPr>
                <w:p w14:paraId="65570422" w14:textId="77777777" w:rsidR="008D6A74" w:rsidRPr="005D4466" w:rsidRDefault="008D6A74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720" w:type="dxa"/>
                </w:tcPr>
                <w:p w14:paraId="5646710E" w14:textId="77777777" w:rsidR="008D6A74" w:rsidRPr="005D4466" w:rsidRDefault="008D6A74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720" w:type="dxa"/>
                </w:tcPr>
                <w:p w14:paraId="676C1294" w14:textId="77777777" w:rsidR="008D6A74" w:rsidRPr="005D4466" w:rsidRDefault="008D6A74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720" w:type="dxa"/>
                </w:tcPr>
                <w:p w14:paraId="3811B891" w14:textId="77777777" w:rsidR="008D6A74" w:rsidRPr="005D4466" w:rsidRDefault="008D6A74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7CCB65B7" w14:textId="77777777" w:rsidR="008D6A74" w:rsidRPr="005D4466" w:rsidRDefault="008D6A74">
            <w:pPr>
              <w:rPr>
                <w:sz w:val="20"/>
                <w:szCs w:val="20"/>
              </w:rPr>
            </w:pPr>
          </w:p>
        </w:tc>
        <w:tc>
          <w:tcPr>
            <w:tcW w:w="7344" w:type="dxa"/>
          </w:tcPr>
          <w:p w14:paraId="220A1511" w14:textId="77777777" w:rsidR="008D6A74" w:rsidRPr="005D4466" w:rsidRDefault="00000000">
            <w:pPr>
              <w:rPr>
                <w:sz w:val="20"/>
                <w:szCs w:val="20"/>
              </w:rPr>
            </w:pPr>
            <w:r w:rsidRPr="005D4466">
              <w:rPr>
                <w:b/>
                <w:sz w:val="20"/>
                <w:szCs w:val="20"/>
              </w:rPr>
              <w:t>Home batting</w:t>
            </w:r>
          </w:p>
          <w:tbl>
            <w:tblPr>
              <w:tblStyle w:val="TableGrid"/>
              <w:tblW w:w="7198" w:type="dxa"/>
              <w:tblLayout w:type="fixed"/>
              <w:tblLook w:val="04A0" w:firstRow="1" w:lastRow="0" w:firstColumn="1" w:lastColumn="0" w:noHBand="0" w:noVBand="1"/>
            </w:tblPr>
            <w:tblGrid>
              <w:gridCol w:w="360"/>
              <w:gridCol w:w="1512"/>
              <w:gridCol w:w="576"/>
              <w:gridCol w:w="2155"/>
              <w:gridCol w:w="425"/>
              <w:gridCol w:w="425"/>
              <w:gridCol w:w="611"/>
              <w:gridCol w:w="567"/>
              <w:gridCol w:w="567"/>
            </w:tblGrid>
            <w:tr w:rsidR="005D4466" w:rsidRPr="005D4466" w14:paraId="6D1CA75B" w14:textId="77777777" w:rsidTr="005D4466">
              <w:tc>
                <w:tcPr>
                  <w:tcW w:w="360" w:type="dxa"/>
                </w:tcPr>
                <w:p w14:paraId="65E750A0" w14:textId="77777777" w:rsidR="005D4466" w:rsidRPr="005D4466" w:rsidRDefault="005D4466" w:rsidP="005D4466">
                  <w:pPr>
                    <w:jc w:val="center"/>
                    <w:rPr>
                      <w:sz w:val="20"/>
                      <w:szCs w:val="20"/>
                    </w:rPr>
                  </w:pPr>
                  <w:r w:rsidRPr="005D4466">
                    <w:rPr>
                      <w:b/>
                      <w:sz w:val="20"/>
                      <w:szCs w:val="20"/>
                    </w:rPr>
                    <w:t>#</w:t>
                  </w:r>
                </w:p>
              </w:tc>
              <w:tc>
                <w:tcPr>
                  <w:tcW w:w="1512" w:type="dxa"/>
                </w:tcPr>
                <w:p w14:paraId="760CFCB0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  <w:r w:rsidRPr="005D4466">
                    <w:rPr>
                      <w:b/>
                      <w:sz w:val="20"/>
                      <w:szCs w:val="20"/>
                    </w:rPr>
                    <w:t>Batter</w:t>
                  </w:r>
                </w:p>
              </w:tc>
              <w:tc>
                <w:tcPr>
                  <w:tcW w:w="576" w:type="dxa"/>
                </w:tcPr>
                <w:p w14:paraId="6B46E1B9" w14:textId="77777777" w:rsidR="005D4466" w:rsidRPr="005D4466" w:rsidRDefault="005D4466" w:rsidP="005D4466">
                  <w:pPr>
                    <w:jc w:val="center"/>
                    <w:rPr>
                      <w:sz w:val="20"/>
                      <w:szCs w:val="20"/>
                    </w:rPr>
                  </w:pPr>
                  <w:r w:rsidRPr="005D4466">
                    <w:rPr>
                      <w:b/>
                      <w:sz w:val="20"/>
                      <w:szCs w:val="20"/>
                    </w:rPr>
                    <w:t>Pos</w:t>
                  </w:r>
                </w:p>
              </w:tc>
              <w:tc>
                <w:tcPr>
                  <w:tcW w:w="2155" w:type="dxa"/>
                </w:tcPr>
                <w:p w14:paraId="194E64BB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  <w:r w:rsidRPr="005D4466">
                    <w:rPr>
                      <w:b/>
                      <w:sz w:val="20"/>
                      <w:szCs w:val="20"/>
                    </w:rPr>
                    <w:t>PA log / notes</w:t>
                  </w:r>
                </w:p>
              </w:tc>
              <w:tc>
                <w:tcPr>
                  <w:tcW w:w="425" w:type="dxa"/>
                </w:tcPr>
                <w:p w14:paraId="6F7B0A69" w14:textId="77777777" w:rsidR="005D4466" w:rsidRPr="005D4466" w:rsidRDefault="005D4466" w:rsidP="005D4466">
                  <w:pPr>
                    <w:jc w:val="center"/>
                    <w:rPr>
                      <w:sz w:val="20"/>
                      <w:szCs w:val="20"/>
                    </w:rPr>
                  </w:pPr>
                  <w:r w:rsidRPr="005D4466">
                    <w:rPr>
                      <w:b/>
                      <w:sz w:val="20"/>
                      <w:szCs w:val="20"/>
                    </w:rPr>
                    <w:t>R</w:t>
                  </w:r>
                </w:p>
              </w:tc>
              <w:tc>
                <w:tcPr>
                  <w:tcW w:w="425" w:type="dxa"/>
                </w:tcPr>
                <w:p w14:paraId="5E4B4BFD" w14:textId="77777777" w:rsidR="005D4466" w:rsidRPr="005D4466" w:rsidRDefault="005D4466" w:rsidP="005D4466">
                  <w:pPr>
                    <w:jc w:val="center"/>
                    <w:rPr>
                      <w:sz w:val="20"/>
                      <w:szCs w:val="20"/>
                    </w:rPr>
                  </w:pPr>
                  <w:r w:rsidRPr="005D4466">
                    <w:rPr>
                      <w:b/>
                      <w:sz w:val="20"/>
                      <w:szCs w:val="20"/>
                    </w:rPr>
                    <w:t>H</w:t>
                  </w:r>
                </w:p>
              </w:tc>
              <w:tc>
                <w:tcPr>
                  <w:tcW w:w="611" w:type="dxa"/>
                </w:tcPr>
                <w:p w14:paraId="09AF0DD8" w14:textId="77777777" w:rsidR="005D4466" w:rsidRPr="005D4466" w:rsidRDefault="005D4466" w:rsidP="005D4466">
                  <w:pPr>
                    <w:jc w:val="center"/>
                    <w:rPr>
                      <w:sz w:val="20"/>
                      <w:szCs w:val="20"/>
                    </w:rPr>
                  </w:pPr>
                  <w:r w:rsidRPr="005D4466">
                    <w:rPr>
                      <w:b/>
                      <w:sz w:val="20"/>
                      <w:szCs w:val="20"/>
                    </w:rPr>
                    <w:t>BB</w:t>
                  </w:r>
                </w:p>
              </w:tc>
              <w:tc>
                <w:tcPr>
                  <w:tcW w:w="567" w:type="dxa"/>
                </w:tcPr>
                <w:p w14:paraId="1BB2BE49" w14:textId="77777777" w:rsidR="005D4466" w:rsidRPr="005D4466" w:rsidRDefault="005D4466" w:rsidP="005D4466">
                  <w:pPr>
                    <w:jc w:val="center"/>
                    <w:rPr>
                      <w:sz w:val="20"/>
                      <w:szCs w:val="20"/>
                    </w:rPr>
                  </w:pPr>
                  <w:r w:rsidRPr="005D4466">
                    <w:rPr>
                      <w:b/>
                      <w:sz w:val="20"/>
                      <w:szCs w:val="20"/>
                    </w:rPr>
                    <w:t>SO</w:t>
                  </w:r>
                </w:p>
              </w:tc>
              <w:tc>
                <w:tcPr>
                  <w:tcW w:w="567" w:type="dxa"/>
                </w:tcPr>
                <w:p w14:paraId="333AAD71" w14:textId="77777777" w:rsidR="005D4466" w:rsidRPr="005D4466" w:rsidRDefault="005D4466" w:rsidP="005D4466">
                  <w:pPr>
                    <w:jc w:val="center"/>
                    <w:rPr>
                      <w:sz w:val="20"/>
                      <w:szCs w:val="20"/>
                    </w:rPr>
                  </w:pPr>
                  <w:r w:rsidRPr="005D4466">
                    <w:rPr>
                      <w:b/>
                      <w:sz w:val="20"/>
                      <w:szCs w:val="20"/>
                    </w:rPr>
                    <w:t>HR</w:t>
                  </w:r>
                </w:p>
              </w:tc>
            </w:tr>
            <w:tr w:rsidR="005D4466" w:rsidRPr="005D4466" w14:paraId="777E1185" w14:textId="77777777" w:rsidTr="005D4466">
              <w:tc>
                <w:tcPr>
                  <w:tcW w:w="360" w:type="dxa"/>
                </w:tcPr>
                <w:p w14:paraId="7F4D500E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  <w:r w:rsidRPr="005D4466">
                    <w:rPr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512" w:type="dxa"/>
                </w:tcPr>
                <w:p w14:paraId="54052EFB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76" w:type="dxa"/>
                </w:tcPr>
                <w:p w14:paraId="65E843CC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155" w:type="dxa"/>
                </w:tcPr>
                <w:p w14:paraId="1A7DE98A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425" w:type="dxa"/>
                </w:tcPr>
                <w:p w14:paraId="6B751358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425" w:type="dxa"/>
                </w:tcPr>
                <w:p w14:paraId="05740A5D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611" w:type="dxa"/>
                </w:tcPr>
                <w:p w14:paraId="4FBE3AC5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7" w:type="dxa"/>
                </w:tcPr>
                <w:p w14:paraId="4FE17F1E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7" w:type="dxa"/>
                </w:tcPr>
                <w:p w14:paraId="18D67CCA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5D4466" w:rsidRPr="005D4466" w14:paraId="05E80E2F" w14:textId="77777777" w:rsidTr="005D4466">
              <w:tc>
                <w:tcPr>
                  <w:tcW w:w="360" w:type="dxa"/>
                </w:tcPr>
                <w:p w14:paraId="3A7307BD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  <w:r w:rsidRPr="005D4466">
                    <w:rPr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512" w:type="dxa"/>
                </w:tcPr>
                <w:p w14:paraId="69FCB134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76" w:type="dxa"/>
                </w:tcPr>
                <w:p w14:paraId="1E27060A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155" w:type="dxa"/>
                </w:tcPr>
                <w:p w14:paraId="5A1F618F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425" w:type="dxa"/>
                </w:tcPr>
                <w:p w14:paraId="00EE8012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425" w:type="dxa"/>
                </w:tcPr>
                <w:p w14:paraId="58B3F333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611" w:type="dxa"/>
                </w:tcPr>
                <w:p w14:paraId="0A85E25E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7" w:type="dxa"/>
                </w:tcPr>
                <w:p w14:paraId="4D49F23C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7" w:type="dxa"/>
                </w:tcPr>
                <w:p w14:paraId="28DEC994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5D4466" w:rsidRPr="005D4466" w14:paraId="7B4C4E6D" w14:textId="77777777" w:rsidTr="005D4466">
              <w:tc>
                <w:tcPr>
                  <w:tcW w:w="360" w:type="dxa"/>
                </w:tcPr>
                <w:p w14:paraId="3274C544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  <w:r w:rsidRPr="005D4466">
                    <w:rPr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512" w:type="dxa"/>
                </w:tcPr>
                <w:p w14:paraId="44C09147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76" w:type="dxa"/>
                </w:tcPr>
                <w:p w14:paraId="2A9226E3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155" w:type="dxa"/>
                </w:tcPr>
                <w:p w14:paraId="43EAA0FD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425" w:type="dxa"/>
                </w:tcPr>
                <w:p w14:paraId="1B2EF18A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425" w:type="dxa"/>
                </w:tcPr>
                <w:p w14:paraId="72F4F6A0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611" w:type="dxa"/>
                </w:tcPr>
                <w:p w14:paraId="3AA63A82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7" w:type="dxa"/>
                </w:tcPr>
                <w:p w14:paraId="161F53BD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7" w:type="dxa"/>
                </w:tcPr>
                <w:p w14:paraId="4ADC2A37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5D4466" w:rsidRPr="005D4466" w14:paraId="486FBAD6" w14:textId="77777777" w:rsidTr="005D4466">
              <w:tc>
                <w:tcPr>
                  <w:tcW w:w="360" w:type="dxa"/>
                </w:tcPr>
                <w:p w14:paraId="3969B29F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  <w:r w:rsidRPr="005D4466">
                    <w:rPr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1512" w:type="dxa"/>
                </w:tcPr>
                <w:p w14:paraId="26F63D87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76" w:type="dxa"/>
                </w:tcPr>
                <w:p w14:paraId="4FA32D9F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155" w:type="dxa"/>
                </w:tcPr>
                <w:p w14:paraId="421A14D6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425" w:type="dxa"/>
                </w:tcPr>
                <w:p w14:paraId="7D9E3B0B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425" w:type="dxa"/>
                </w:tcPr>
                <w:p w14:paraId="3A4C0504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611" w:type="dxa"/>
                </w:tcPr>
                <w:p w14:paraId="11693336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7" w:type="dxa"/>
                </w:tcPr>
                <w:p w14:paraId="0BDE6068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7" w:type="dxa"/>
                </w:tcPr>
                <w:p w14:paraId="6D253BB0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5D4466" w:rsidRPr="005D4466" w14:paraId="00FC83DF" w14:textId="77777777" w:rsidTr="005D4466">
              <w:tc>
                <w:tcPr>
                  <w:tcW w:w="360" w:type="dxa"/>
                </w:tcPr>
                <w:p w14:paraId="015F6CCD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  <w:r w:rsidRPr="005D4466">
                    <w:rPr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1512" w:type="dxa"/>
                </w:tcPr>
                <w:p w14:paraId="44DDABC5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76" w:type="dxa"/>
                </w:tcPr>
                <w:p w14:paraId="0713805C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155" w:type="dxa"/>
                </w:tcPr>
                <w:p w14:paraId="122FF58F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425" w:type="dxa"/>
                </w:tcPr>
                <w:p w14:paraId="54EC21E6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425" w:type="dxa"/>
                </w:tcPr>
                <w:p w14:paraId="01DD622E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611" w:type="dxa"/>
                </w:tcPr>
                <w:p w14:paraId="250C2839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7" w:type="dxa"/>
                </w:tcPr>
                <w:p w14:paraId="5E6FDE4F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7" w:type="dxa"/>
                </w:tcPr>
                <w:p w14:paraId="04B0781C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5D4466" w:rsidRPr="005D4466" w14:paraId="111B4798" w14:textId="77777777" w:rsidTr="005D4466">
              <w:tc>
                <w:tcPr>
                  <w:tcW w:w="360" w:type="dxa"/>
                </w:tcPr>
                <w:p w14:paraId="725BB03D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  <w:r w:rsidRPr="005D4466">
                    <w:rPr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1512" w:type="dxa"/>
                </w:tcPr>
                <w:p w14:paraId="42851723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76" w:type="dxa"/>
                </w:tcPr>
                <w:p w14:paraId="06D56C37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155" w:type="dxa"/>
                </w:tcPr>
                <w:p w14:paraId="44A52CEF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425" w:type="dxa"/>
                </w:tcPr>
                <w:p w14:paraId="0FB99416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425" w:type="dxa"/>
                </w:tcPr>
                <w:p w14:paraId="5D72B980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611" w:type="dxa"/>
                </w:tcPr>
                <w:p w14:paraId="15435578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7" w:type="dxa"/>
                </w:tcPr>
                <w:p w14:paraId="53329AA2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7" w:type="dxa"/>
                </w:tcPr>
                <w:p w14:paraId="576321FA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5D4466" w:rsidRPr="005D4466" w14:paraId="4FA666BB" w14:textId="77777777" w:rsidTr="005D4466">
              <w:tc>
                <w:tcPr>
                  <w:tcW w:w="360" w:type="dxa"/>
                </w:tcPr>
                <w:p w14:paraId="5E96488A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  <w:r w:rsidRPr="005D4466">
                    <w:rPr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1512" w:type="dxa"/>
                </w:tcPr>
                <w:p w14:paraId="4669CA6C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76" w:type="dxa"/>
                </w:tcPr>
                <w:p w14:paraId="6387677A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155" w:type="dxa"/>
                </w:tcPr>
                <w:p w14:paraId="5C998FC8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425" w:type="dxa"/>
                </w:tcPr>
                <w:p w14:paraId="0A2DCB0B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425" w:type="dxa"/>
                </w:tcPr>
                <w:p w14:paraId="19D3213E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611" w:type="dxa"/>
                </w:tcPr>
                <w:p w14:paraId="53AEFC7F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7" w:type="dxa"/>
                </w:tcPr>
                <w:p w14:paraId="7B197E15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7" w:type="dxa"/>
                </w:tcPr>
                <w:p w14:paraId="1C06E5B1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5D4466" w:rsidRPr="005D4466" w14:paraId="61933520" w14:textId="77777777" w:rsidTr="005D4466">
              <w:tc>
                <w:tcPr>
                  <w:tcW w:w="360" w:type="dxa"/>
                </w:tcPr>
                <w:p w14:paraId="3DBFECF3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  <w:r w:rsidRPr="005D4466">
                    <w:rPr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1512" w:type="dxa"/>
                </w:tcPr>
                <w:p w14:paraId="06F1F807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76" w:type="dxa"/>
                </w:tcPr>
                <w:p w14:paraId="0BC4DE8A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155" w:type="dxa"/>
                </w:tcPr>
                <w:p w14:paraId="1A9A1E3D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425" w:type="dxa"/>
                </w:tcPr>
                <w:p w14:paraId="2586D64A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425" w:type="dxa"/>
                </w:tcPr>
                <w:p w14:paraId="40D79D57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611" w:type="dxa"/>
                </w:tcPr>
                <w:p w14:paraId="2ABBDEE2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7" w:type="dxa"/>
                </w:tcPr>
                <w:p w14:paraId="04625A7F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7" w:type="dxa"/>
                </w:tcPr>
                <w:p w14:paraId="4C367E2C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5D4466" w:rsidRPr="005D4466" w14:paraId="1714D508" w14:textId="77777777" w:rsidTr="005D4466">
              <w:tc>
                <w:tcPr>
                  <w:tcW w:w="360" w:type="dxa"/>
                </w:tcPr>
                <w:p w14:paraId="6769EFFA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  <w:r w:rsidRPr="005D4466">
                    <w:rPr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1512" w:type="dxa"/>
                </w:tcPr>
                <w:p w14:paraId="6628447A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76" w:type="dxa"/>
                </w:tcPr>
                <w:p w14:paraId="31D7E36C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155" w:type="dxa"/>
                </w:tcPr>
                <w:p w14:paraId="423C7DAD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425" w:type="dxa"/>
                </w:tcPr>
                <w:p w14:paraId="25AE2EB7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425" w:type="dxa"/>
                </w:tcPr>
                <w:p w14:paraId="2642E64B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611" w:type="dxa"/>
                </w:tcPr>
                <w:p w14:paraId="6F898D7B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7" w:type="dxa"/>
                </w:tcPr>
                <w:p w14:paraId="0B059768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67" w:type="dxa"/>
                </w:tcPr>
                <w:p w14:paraId="708E1DA9" w14:textId="77777777" w:rsidR="005D4466" w:rsidRPr="005D4466" w:rsidRDefault="005D4466" w:rsidP="005D4466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27956FDE" w14:textId="77777777" w:rsidR="005D4466" w:rsidRPr="005D4466" w:rsidRDefault="005D4466">
            <w:pPr>
              <w:rPr>
                <w:b/>
                <w:sz w:val="20"/>
                <w:szCs w:val="20"/>
              </w:rPr>
            </w:pPr>
          </w:p>
          <w:p w14:paraId="20CFD788" w14:textId="133D092B" w:rsidR="008D6A74" w:rsidRPr="005D4466" w:rsidRDefault="00000000">
            <w:pPr>
              <w:rPr>
                <w:sz w:val="20"/>
                <w:szCs w:val="20"/>
              </w:rPr>
            </w:pPr>
            <w:r w:rsidRPr="005D4466">
              <w:rPr>
                <w:b/>
                <w:sz w:val="20"/>
                <w:szCs w:val="20"/>
              </w:rPr>
              <w:t>Home pitching</w:t>
            </w:r>
          </w:p>
          <w:tbl>
            <w:tblPr>
              <w:tblStyle w:val="TableGrid"/>
              <w:tblW w:w="6839" w:type="dxa"/>
              <w:tblLayout w:type="fixed"/>
              <w:tblLook w:val="04A0" w:firstRow="1" w:lastRow="0" w:firstColumn="1" w:lastColumn="0" w:noHBand="0" w:noVBand="1"/>
            </w:tblPr>
            <w:tblGrid>
              <w:gridCol w:w="3012"/>
              <w:gridCol w:w="648"/>
              <w:gridCol w:w="576"/>
              <w:gridCol w:w="576"/>
              <w:gridCol w:w="720"/>
              <w:gridCol w:w="720"/>
              <w:gridCol w:w="587"/>
            </w:tblGrid>
            <w:tr w:rsidR="008D6A74" w:rsidRPr="005D4466" w14:paraId="79685C54" w14:textId="77777777" w:rsidTr="005D4466">
              <w:tc>
                <w:tcPr>
                  <w:tcW w:w="3012" w:type="dxa"/>
                </w:tcPr>
                <w:p w14:paraId="608C4DA0" w14:textId="77777777" w:rsidR="008D6A74" w:rsidRPr="005D4466" w:rsidRDefault="00000000">
                  <w:pPr>
                    <w:rPr>
                      <w:sz w:val="20"/>
                      <w:szCs w:val="20"/>
                    </w:rPr>
                  </w:pPr>
                  <w:r w:rsidRPr="005D4466">
                    <w:rPr>
                      <w:b/>
                      <w:sz w:val="20"/>
                      <w:szCs w:val="20"/>
                    </w:rPr>
                    <w:t>Pitcher</w:t>
                  </w:r>
                </w:p>
              </w:tc>
              <w:tc>
                <w:tcPr>
                  <w:tcW w:w="648" w:type="dxa"/>
                </w:tcPr>
                <w:p w14:paraId="018AEF6F" w14:textId="77777777" w:rsidR="008D6A74" w:rsidRPr="005D4466" w:rsidRDefault="00000000">
                  <w:pPr>
                    <w:jc w:val="center"/>
                    <w:rPr>
                      <w:sz w:val="20"/>
                      <w:szCs w:val="20"/>
                    </w:rPr>
                  </w:pPr>
                  <w:r w:rsidRPr="005D4466">
                    <w:rPr>
                      <w:b/>
                      <w:sz w:val="20"/>
                      <w:szCs w:val="20"/>
                    </w:rPr>
                    <w:t>IP</w:t>
                  </w:r>
                </w:p>
              </w:tc>
              <w:tc>
                <w:tcPr>
                  <w:tcW w:w="576" w:type="dxa"/>
                </w:tcPr>
                <w:p w14:paraId="4A1035EA" w14:textId="77777777" w:rsidR="008D6A74" w:rsidRPr="005D4466" w:rsidRDefault="00000000">
                  <w:pPr>
                    <w:jc w:val="center"/>
                    <w:rPr>
                      <w:sz w:val="20"/>
                      <w:szCs w:val="20"/>
                    </w:rPr>
                  </w:pPr>
                  <w:r w:rsidRPr="005D4466">
                    <w:rPr>
                      <w:b/>
                      <w:sz w:val="20"/>
                      <w:szCs w:val="20"/>
                    </w:rPr>
                    <w:t>H</w:t>
                  </w:r>
                </w:p>
              </w:tc>
              <w:tc>
                <w:tcPr>
                  <w:tcW w:w="576" w:type="dxa"/>
                </w:tcPr>
                <w:p w14:paraId="6AF11B83" w14:textId="77777777" w:rsidR="008D6A74" w:rsidRPr="005D4466" w:rsidRDefault="00000000">
                  <w:pPr>
                    <w:jc w:val="center"/>
                    <w:rPr>
                      <w:sz w:val="20"/>
                      <w:szCs w:val="20"/>
                    </w:rPr>
                  </w:pPr>
                  <w:r w:rsidRPr="005D4466">
                    <w:rPr>
                      <w:b/>
                      <w:sz w:val="20"/>
                      <w:szCs w:val="20"/>
                    </w:rPr>
                    <w:t>R</w:t>
                  </w:r>
                </w:p>
              </w:tc>
              <w:tc>
                <w:tcPr>
                  <w:tcW w:w="720" w:type="dxa"/>
                </w:tcPr>
                <w:p w14:paraId="3EB95D29" w14:textId="77777777" w:rsidR="008D6A74" w:rsidRPr="005D4466" w:rsidRDefault="00000000">
                  <w:pPr>
                    <w:jc w:val="center"/>
                    <w:rPr>
                      <w:sz w:val="20"/>
                      <w:szCs w:val="20"/>
                    </w:rPr>
                  </w:pPr>
                  <w:r w:rsidRPr="005D4466">
                    <w:rPr>
                      <w:b/>
                      <w:sz w:val="20"/>
                      <w:szCs w:val="20"/>
                    </w:rPr>
                    <w:t>BB</w:t>
                  </w:r>
                </w:p>
              </w:tc>
              <w:tc>
                <w:tcPr>
                  <w:tcW w:w="720" w:type="dxa"/>
                </w:tcPr>
                <w:p w14:paraId="6837CF60" w14:textId="77777777" w:rsidR="008D6A74" w:rsidRPr="005D4466" w:rsidRDefault="00000000">
                  <w:pPr>
                    <w:jc w:val="center"/>
                    <w:rPr>
                      <w:sz w:val="20"/>
                      <w:szCs w:val="20"/>
                    </w:rPr>
                  </w:pPr>
                  <w:r w:rsidRPr="005D4466">
                    <w:rPr>
                      <w:b/>
                      <w:sz w:val="20"/>
                      <w:szCs w:val="20"/>
                    </w:rPr>
                    <w:t>SO</w:t>
                  </w:r>
                </w:p>
              </w:tc>
              <w:tc>
                <w:tcPr>
                  <w:tcW w:w="587" w:type="dxa"/>
                </w:tcPr>
                <w:p w14:paraId="401B7BC7" w14:textId="77777777" w:rsidR="008D6A74" w:rsidRPr="005D4466" w:rsidRDefault="00000000">
                  <w:pPr>
                    <w:jc w:val="center"/>
                    <w:rPr>
                      <w:sz w:val="20"/>
                      <w:szCs w:val="20"/>
                    </w:rPr>
                  </w:pPr>
                  <w:r w:rsidRPr="005D4466">
                    <w:rPr>
                      <w:b/>
                      <w:sz w:val="20"/>
                      <w:szCs w:val="20"/>
                    </w:rPr>
                    <w:t>HR</w:t>
                  </w:r>
                </w:p>
              </w:tc>
            </w:tr>
            <w:tr w:rsidR="008D6A74" w:rsidRPr="005D4466" w14:paraId="1E5AA1E3" w14:textId="77777777" w:rsidTr="005D4466">
              <w:tc>
                <w:tcPr>
                  <w:tcW w:w="3012" w:type="dxa"/>
                </w:tcPr>
                <w:p w14:paraId="33AAF6F5" w14:textId="77777777" w:rsidR="008D6A74" w:rsidRPr="005D4466" w:rsidRDefault="008D6A74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648" w:type="dxa"/>
                </w:tcPr>
                <w:p w14:paraId="40D0D2F8" w14:textId="77777777" w:rsidR="008D6A74" w:rsidRPr="005D4466" w:rsidRDefault="008D6A74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76" w:type="dxa"/>
                </w:tcPr>
                <w:p w14:paraId="263A5640" w14:textId="77777777" w:rsidR="008D6A74" w:rsidRPr="005D4466" w:rsidRDefault="008D6A74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76" w:type="dxa"/>
                </w:tcPr>
                <w:p w14:paraId="270BAD25" w14:textId="77777777" w:rsidR="008D6A74" w:rsidRPr="005D4466" w:rsidRDefault="008D6A74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720" w:type="dxa"/>
                </w:tcPr>
                <w:p w14:paraId="05FE1A65" w14:textId="77777777" w:rsidR="008D6A74" w:rsidRPr="005D4466" w:rsidRDefault="008D6A74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720" w:type="dxa"/>
                </w:tcPr>
                <w:p w14:paraId="00473FC8" w14:textId="77777777" w:rsidR="008D6A74" w:rsidRPr="005D4466" w:rsidRDefault="008D6A74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87" w:type="dxa"/>
                </w:tcPr>
                <w:p w14:paraId="486679C7" w14:textId="77777777" w:rsidR="008D6A74" w:rsidRPr="005D4466" w:rsidRDefault="008D6A74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8D6A74" w:rsidRPr="005D4466" w14:paraId="50C90FFC" w14:textId="77777777" w:rsidTr="005D4466">
              <w:tc>
                <w:tcPr>
                  <w:tcW w:w="3012" w:type="dxa"/>
                </w:tcPr>
                <w:p w14:paraId="1601341F" w14:textId="77777777" w:rsidR="008D6A74" w:rsidRPr="005D4466" w:rsidRDefault="008D6A74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648" w:type="dxa"/>
                </w:tcPr>
                <w:p w14:paraId="473934A5" w14:textId="77777777" w:rsidR="008D6A74" w:rsidRPr="005D4466" w:rsidRDefault="008D6A74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76" w:type="dxa"/>
                </w:tcPr>
                <w:p w14:paraId="78A57E4C" w14:textId="77777777" w:rsidR="008D6A74" w:rsidRPr="005D4466" w:rsidRDefault="008D6A74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76" w:type="dxa"/>
                </w:tcPr>
                <w:p w14:paraId="7FEB1A13" w14:textId="77777777" w:rsidR="008D6A74" w:rsidRPr="005D4466" w:rsidRDefault="008D6A74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720" w:type="dxa"/>
                </w:tcPr>
                <w:p w14:paraId="79543D77" w14:textId="77777777" w:rsidR="008D6A74" w:rsidRPr="005D4466" w:rsidRDefault="008D6A74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720" w:type="dxa"/>
                </w:tcPr>
                <w:p w14:paraId="2FC6F418" w14:textId="77777777" w:rsidR="008D6A74" w:rsidRPr="005D4466" w:rsidRDefault="008D6A74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87" w:type="dxa"/>
                </w:tcPr>
                <w:p w14:paraId="7E8F0BEA" w14:textId="77777777" w:rsidR="008D6A74" w:rsidRPr="005D4466" w:rsidRDefault="008D6A74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8D6A74" w:rsidRPr="005D4466" w14:paraId="45DAD511" w14:textId="77777777" w:rsidTr="005D4466">
              <w:tc>
                <w:tcPr>
                  <w:tcW w:w="3012" w:type="dxa"/>
                </w:tcPr>
                <w:p w14:paraId="4C7719AD" w14:textId="77777777" w:rsidR="008D6A74" w:rsidRPr="005D4466" w:rsidRDefault="008D6A74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648" w:type="dxa"/>
                </w:tcPr>
                <w:p w14:paraId="1020E79B" w14:textId="77777777" w:rsidR="008D6A74" w:rsidRPr="005D4466" w:rsidRDefault="008D6A74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76" w:type="dxa"/>
                </w:tcPr>
                <w:p w14:paraId="5961CC0C" w14:textId="77777777" w:rsidR="008D6A74" w:rsidRPr="005D4466" w:rsidRDefault="008D6A74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76" w:type="dxa"/>
                </w:tcPr>
                <w:p w14:paraId="17DDBEAE" w14:textId="77777777" w:rsidR="008D6A74" w:rsidRPr="005D4466" w:rsidRDefault="008D6A74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720" w:type="dxa"/>
                </w:tcPr>
                <w:p w14:paraId="30E8D647" w14:textId="77777777" w:rsidR="008D6A74" w:rsidRPr="005D4466" w:rsidRDefault="008D6A74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720" w:type="dxa"/>
                </w:tcPr>
                <w:p w14:paraId="6F713D0E" w14:textId="77777777" w:rsidR="008D6A74" w:rsidRPr="005D4466" w:rsidRDefault="008D6A74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87" w:type="dxa"/>
                </w:tcPr>
                <w:p w14:paraId="66402510" w14:textId="77777777" w:rsidR="008D6A74" w:rsidRPr="005D4466" w:rsidRDefault="008D6A74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772CC97C" w14:textId="77777777" w:rsidR="008D6A74" w:rsidRPr="005D4466" w:rsidRDefault="008D6A74">
            <w:pPr>
              <w:rPr>
                <w:sz w:val="20"/>
                <w:szCs w:val="20"/>
              </w:rPr>
            </w:pPr>
          </w:p>
        </w:tc>
      </w:tr>
    </w:tbl>
    <w:p w14:paraId="3DFA697B" w14:textId="77777777" w:rsidR="008D6A74" w:rsidRDefault="008D6A74"/>
    <w:p w14:paraId="7C958709" w14:textId="77777777" w:rsidR="005D4466" w:rsidRDefault="005D4466"/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7344"/>
        <w:gridCol w:w="7344"/>
      </w:tblGrid>
      <w:tr w:rsidR="008D6A74" w14:paraId="352A13D3" w14:textId="77777777">
        <w:tc>
          <w:tcPr>
            <w:tcW w:w="7344" w:type="dxa"/>
          </w:tcPr>
          <w:p w14:paraId="5643FF95" w14:textId="77777777" w:rsidR="008D6A74" w:rsidRPr="005D4466" w:rsidRDefault="00000000">
            <w:pPr>
              <w:rPr>
                <w:b/>
                <w:bCs/>
              </w:rPr>
            </w:pPr>
            <w:r w:rsidRPr="005D4466">
              <w:rPr>
                <w:b/>
                <w:bCs/>
                <w:sz w:val="20"/>
                <w:szCs w:val="24"/>
              </w:rPr>
              <w:t>Game notes / highlights:</w:t>
            </w:r>
            <w:r w:rsidRPr="005D4466">
              <w:rPr>
                <w:b/>
                <w:bCs/>
                <w:sz w:val="18"/>
              </w:rPr>
              <w:br/>
            </w:r>
          </w:p>
          <w:p w14:paraId="5E5C16A1" w14:textId="77777777" w:rsidR="005D4466" w:rsidRDefault="005D4466"/>
          <w:p w14:paraId="4AAD753D" w14:textId="0F6A4F58" w:rsidR="005D4466" w:rsidRDefault="005D4466"/>
        </w:tc>
        <w:tc>
          <w:tcPr>
            <w:tcW w:w="7344" w:type="dxa"/>
          </w:tcPr>
          <w:p w14:paraId="7B779207" w14:textId="7D7A7897" w:rsidR="008D6A74" w:rsidRPr="005D4466" w:rsidRDefault="00000000">
            <w:pPr>
              <w:rPr>
                <w:sz w:val="20"/>
                <w:szCs w:val="24"/>
              </w:rPr>
            </w:pPr>
            <w:r w:rsidRPr="005D4466">
              <w:rPr>
                <w:b/>
                <w:bCs/>
                <w:sz w:val="20"/>
                <w:szCs w:val="24"/>
              </w:rPr>
              <w:t>Suggested abbreviations:</w:t>
            </w:r>
            <w:r w:rsidRPr="005D4466">
              <w:rPr>
                <w:sz w:val="20"/>
                <w:szCs w:val="24"/>
              </w:rPr>
              <w:br/>
              <w:t xml:space="preserve">1B, 2B, 3B, HR, BB, SO, </w:t>
            </w:r>
            <w:r w:rsidR="005D4466" w:rsidRPr="005D4466">
              <w:rPr>
                <w:sz w:val="20"/>
                <w:szCs w:val="24"/>
              </w:rPr>
              <w:t>O</w:t>
            </w:r>
            <w:r w:rsidRPr="005D4466">
              <w:rPr>
                <w:sz w:val="20"/>
                <w:szCs w:val="24"/>
              </w:rPr>
              <w:t>, DP, SF, SB, CS, PO</w:t>
            </w:r>
          </w:p>
        </w:tc>
      </w:tr>
    </w:tbl>
    <w:p w14:paraId="2A47541B" w14:textId="77777777" w:rsidR="00747DAF" w:rsidRDefault="00747DAF"/>
    <w:sectPr w:rsidR="00747DAF" w:rsidSect="005D4466">
      <w:pgSz w:w="15840" w:h="12240" w:orient="landscape"/>
      <w:pgMar w:top="504" w:right="247" w:bottom="504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355040505">
    <w:abstractNumId w:val="8"/>
  </w:num>
  <w:num w:numId="2" w16cid:durableId="565381174">
    <w:abstractNumId w:val="6"/>
  </w:num>
  <w:num w:numId="3" w16cid:durableId="619798828">
    <w:abstractNumId w:val="5"/>
  </w:num>
  <w:num w:numId="4" w16cid:durableId="48959937">
    <w:abstractNumId w:val="4"/>
  </w:num>
  <w:num w:numId="5" w16cid:durableId="583144278">
    <w:abstractNumId w:val="7"/>
  </w:num>
  <w:num w:numId="6" w16cid:durableId="586186376">
    <w:abstractNumId w:val="3"/>
  </w:num>
  <w:num w:numId="7" w16cid:durableId="1182625842">
    <w:abstractNumId w:val="2"/>
  </w:num>
  <w:num w:numId="8" w16cid:durableId="1519345128">
    <w:abstractNumId w:val="1"/>
  </w:num>
  <w:num w:numId="9" w16cid:durableId="18698280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441916"/>
    <w:rsid w:val="005D4466"/>
    <w:rsid w:val="00747DAF"/>
    <w:rsid w:val="008D6A74"/>
    <w:rsid w:val="00AA1D8D"/>
    <w:rsid w:val="00B47730"/>
    <w:rsid w:val="00CB0664"/>
    <w:rsid w:val="00FC693F"/>
    <w:rsid w:val="00FF1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B45167A"/>
  <w14:defaultImageDpi w14:val="300"/>
  <w15:docId w15:val="{A94831F9-55E7-4590-B3C0-07334DE195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105</Words>
  <Characters>601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705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Boris Caro</cp:lastModifiedBy>
  <cp:revision>2</cp:revision>
  <dcterms:created xsi:type="dcterms:W3CDTF">2025-12-12T03:50:00Z</dcterms:created>
  <dcterms:modified xsi:type="dcterms:W3CDTF">2025-12-12T03:50:00Z</dcterms:modified>
  <cp:category/>
</cp:coreProperties>
</file>